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EBED2" w14:textId="3AE2DF82" w:rsidR="00495A47" w:rsidRPr="00495A47" w:rsidRDefault="00495A47" w:rsidP="00495A47">
      <w:pPr>
        <w:pStyle w:val="Heading1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</w:pPr>
      <w:bookmarkStart w:id="0" w:name="_GoBack"/>
      <w:r w:rsidRPr="00495A4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LECCIÓN 2:</w:t>
      </w:r>
      <w:r w:rsidRPr="00495A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 xml:space="preserve"> Conversaciones profundas</w:t>
      </w:r>
    </w:p>
    <w:bookmarkEnd w:id="0"/>
    <w:p w14:paraId="488B4BD7" w14:textId="600AA082" w:rsidR="00495A47" w:rsidRPr="00495A47" w:rsidRDefault="00495A47" w:rsidP="00495A4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</w:pPr>
      <w:r w:rsidRPr="00495A4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Actividad:</w:t>
      </w:r>
      <w:r w:rsidRPr="00495A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 xml:space="preserve"> Diagrama de </w:t>
      </w:r>
      <w:proofErr w:type="spellStart"/>
      <w:r w:rsidRPr="00495A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>Venn</w:t>
      </w:r>
      <w:proofErr w:type="spellEnd"/>
      <w:r w:rsidRPr="00495A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 xml:space="preserve"> (</w:t>
      </w:r>
      <w:proofErr w:type="spellStart"/>
      <w:r w:rsidRPr="00495A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>Padlet</w:t>
      </w:r>
      <w:proofErr w:type="spellEnd"/>
      <w:r w:rsidRPr="00495A4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>)</w:t>
      </w:r>
    </w:p>
    <w:p w14:paraId="22E950DF" w14:textId="6467ED63" w:rsidR="00495A47" w:rsidRPr="00495A47" w:rsidRDefault="00495A47" w:rsidP="00495A47">
      <w:pPr>
        <w:pStyle w:val="Heading2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495A4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Rúbrica de evaluación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1"/>
        <w:gridCol w:w="2053"/>
        <w:gridCol w:w="1632"/>
        <w:gridCol w:w="1600"/>
        <w:gridCol w:w="1634"/>
      </w:tblGrid>
      <w:tr w:rsidR="00495A47" w:rsidRPr="00495A47" w14:paraId="1105CFBA" w14:textId="77777777" w:rsidTr="00495A47">
        <w:tc>
          <w:tcPr>
            <w:tcW w:w="0" w:type="auto"/>
            <w:hideMark/>
          </w:tcPr>
          <w:p w14:paraId="6BD045B6" w14:textId="77777777" w:rsidR="00495A47" w:rsidRPr="00495A47" w:rsidRDefault="00495A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Criterio</w:t>
            </w:r>
          </w:p>
        </w:tc>
        <w:tc>
          <w:tcPr>
            <w:tcW w:w="0" w:type="auto"/>
            <w:hideMark/>
          </w:tcPr>
          <w:p w14:paraId="300F5AFE" w14:textId="77777777" w:rsidR="00495A47" w:rsidRPr="00495A47" w:rsidRDefault="00495A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4 (Excelente)</w:t>
            </w:r>
          </w:p>
        </w:tc>
        <w:tc>
          <w:tcPr>
            <w:tcW w:w="0" w:type="auto"/>
            <w:hideMark/>
          </w:tcPr>
          <w:p w14:paraId="5822901F" w14:textId="77777777" w:rsidR="00495A47" w:rsidRPr="00495A47" w:rsidRDefault="00495A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3 (Bueno)</w:t>
            </w:r>
          </w:p>
        </w:tc>
        <w:tc>
          <w:tcPr>
            <w:tcW w:w="0" w:type="auto"/>
            <w:hideMark/>
          </w:tcPr>
          <w:p w14:paraId="40FFEAE6" w14:textId="77777777" w:rsidR="00495A47" w:rsidRPr="00495A47" w:rsidRDefault="00495A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 (Básico)</w:t>
            </w:r>
          </w:p>
        </w:tc>
        <w:tc>
          <w:tcPr>
            <w:tcW w:w="0" w:type="auto"/>
            <w:hideMark/>
          </w:tcPr>
          <w:p w14:paraId="34E35A23" w14:textId="77777777" w:rsidR="00495A47" w:rsidRPr="00495A47" w:rsidRDefault="00495A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 (Necesita mejorar)</w:t>
            </w:r>
          </w:p>
        </w:tc>
      </w:tr>
      <w:tr w:rsidR="00495A47" w:rsidRPr="00495A47" w14:paraId="1A54FAC6" w14:textId="77777777" w:rsidTr="00495A47">
        <w:tc>
          <w:tcPr>
            <w:tcW w:w="0" w:type="auto"/>
            <w:hideMark/>
          </w:tcPr>
          <w:p w14:paraId="26FED256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  <w:t>Clasificación de ideas</w:t>
            </w:r>
          </w:p>
        </w:tc>
        <w:tc>
          <w:tcPr>
            <w:tcW w:w="0" w:type="auto"/>
            <w:hideMark/>
          </w:tcPr>
          <w:p w14:paraId="18D7F6D3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Clasifica correctamente todas las características</w:t>
            </w:r>
          </w:p>
        </w:tc>
        <w:tc>
          <w:tcPr>
            <w:tcW w:w="0" w:type="auto"/>
            <w:hideMark/>
          </w:tcPr>
          <w:p w14:paraId="3024BE5E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Clasifica la mayoría</w:t>
            </w:r>
          </w:p>
        </w:tc>
        <w:tc>
          <w:tcPr>
            <w:tcW w:w="0" w:type="auto"/>
            <w:hideMark/>
          </w:tcPr>
          <w:p w14:paraId="0CA7DB17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Clasificación parcial</w:t>
            </w:r>
          </w:p>
        </w:tc>
        <w:tc>
          <w:tcPr>
            <w:tcW w:w="0" w:type="auto"/>
            <w:hideMark/>
          </w:tcPr>
          <w:p w14:paraId="1E8CCB03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Clasificación incorrecta</w:t>
            </w:r>
          </w:p>
        </w:tc>
      </w:tr>
      <w:tr w:rsidR="00495A47" w:rsidRPr="00495A47" w14:paraId="18E8AF1F" w14:textId="77777777" w:rsidTr="00495A47">
        <w:tc>
          <w:tcPr>
            <w:tcW w:w="0" w:type="auto"/>
            <w:hideMark/>
          </w:tcPr>
          <w:p w14:paraId="492538C0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  <w:t>Aporte de contenido</w:t>
            </w:r>
          </w:p>
        </w:tc>
        <w:tc>
          <w:tcPr>
            <w:tcW w:w="0" w:type="auto"/>
            <w:hideMark/>
          </w:tcPr>
          <w:p w14:paraId="33FEE7C8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Añade ideas claras y pertinentes</w:t>
            </w:r>
          </w:p>
        </w:tc>
        <w:tc>
          <w:tcPr>
            <w:tcW w:w="0" w:type="auto"/>
            <w:hideMark/>
          </w:tcPr>
          <w:p w14:paraId="550EA8D0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Aporta ideas adecuadas</w:t>
            </w:r>
          </w:p>
        </w:tc>
        <w:tc>
          <w:tcPr>
            <w:tcW w:w="0" w:type="auto"/>
            <w:hideMark/>
          </w:tcPr>
          <w:p w14:paraId="2E6F2681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Aporte limitado</w:t>
            </w:r>
          </w:p>
        </w:tc>
        <w:tc>
          <w:tcPr>
            <w:tcW w:w="0" w:type="auto"/>
            <w:hideMark/>
          </w:tcPr>
          <w:p w14:paraId="7924EEC3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No aporta</w:t>
            </w:r>
          </w:p>
        </w:tc>
      </w:tr>
      <w:tr w:rsidR="00495A47" w:rsidRPr="00495A47" w14:paraId="46D73A5D" w14:textId="77777777" w:rsidTr="00495A47">
        <w:tc>
          <w:tcPr>
            <w:tcW w:w="0" w:type="auto"/>
            <w:hideMark/>
          </w:tcPr>
          <w:p w14:paraId="3192EA8A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  <w:t>Participación</w:t>
            </w:r>
          </w:p>
        </w:tc>
        <w:tc>
          <w:tcPr>
            <w:tcW w:w="0" w:type="auto"/>
            <w:hideMark/>
          </w:tcPr>
          <w:p w14:paraId="6C3C8566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Participa activamente en la actividad</w:t>
            </w:r>
          </w:p>
        </w:tc>
        <w:tc>
          <w:tcPr>
            <w:tcW w:w="0" w:type="auto"/>
            <w:hideMark/>
          </w:tcPr>
          <w:p w14:paraId="68D68F04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Participación moderada</w:t>
            </w:r>
          </w:p>
        </w:tc>
        <w:tc>
          <w:tcPr>
            <w:tcW w:w="0" w:type="auto"/>
            <w:hideMark/>
          </w:tcPr>
          <w:p w14:paraId="0A397B20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Participación mínima</w:t>
            </w:r>
          </w:p>
        </w:tc>
        <w:tc>
          <w:tcPr>
            <w:tcW w:w="0" w:type="auto"/>
            <w:hideMark/>
          </w:tcPr>
          <w:p w14:paraId="5A3538F7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No participa</w:t>
            </w:r>
          </w:p>
        </w:tc>
      </w:tr>
      <w:tr w:rsidR="00495A47" w:rsidRPr="00495A47" w14:paraId="486A59FF" w14:textId="77777777" w:rsidTr="00495A47">
        <w:tc>
          <w:tcPr>
            <w:tcW w:w="0" w:type="auto"/>
          </w:tcPr>
          <w:p w14:paraId="0F01A940" w14:textId="3256255E" w:rsidR="00495A47" w:rsidRPr="00495A47" w:rsidRDefault="00495A47">
            <w:pPr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5A47"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  <w:t>T</w:t>
            </w:r>
            <w:r w:rsidRPr="00495A47">
              <w:rPr>
                <w:rStyle w:val="Strong"/>
                <w:rFonts w:ascii="Times New Roman" w:hAnsi="Times New Roman" w:cs="Times New Roman"/>
                <w:lang w:val="es-ES"/>
              </w:rPr>
              <w:t>otal</w:t>
            </w:r>
          </w:p>
        </w:tc>
        <w:tc>
          <w:tcPr>
            <w:tcW w:w="0" w:type="auto"/>
          </w:tcPr>
          <w:p w14:paraId="4DC6A576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58C675F5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50A82CE4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5ECF0E74" w14:textId="77777777" w:rsidR="00495A47" w:rsidRPr="00495A47" w:rsidRDefault="00495A47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14:paraId="4B7CA143" w14:textId="4C244CBB" w:rsidR="00D13F1F" w:rsidRPr="00495A47" w:rsidRDefault="00495A47" w:rsidP="00495A47">
      <w:pPr>
        <w:rPr>
          <w:lang w:val="es-ES"/>
        </w:rPr>
      </w:pPr>
      <w:r w:rsidRPr="00495A47">
        <w:rPr>
          <w:lang w:val="es-ES"/>
        </w:rPr>
        <w:t>Puntuación: _______________________</w:t>
      </w:r>
    </w:p>
    <w:sectPr w:rsidR="00D13F1F" w:rsidRPr="00495A4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95A47"/>
    <w:rsid w:val="005C3C4F"/>
    <w:rsid w:val="005D1C39"/>
    <w:rsid w:val="00743902"/>
    <w:rsid w:val="00842EB6"/>
    <w:rsid w:val="00A02316"/>
    <w:rsid w:val="00AA1D8D"/>
    <w:rsid w:val="00B47730"/>
    <w:rsid w:val="00CB0664"/>
    <w:rsid w:val="00D13F1F"/>
    <w:rsid w:val="00EF56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0252BD"/>
  <w14:defaultImageDpi w14:val="300"/>
  <w15:docId w15:val="{4EB2D947-B508-2B4A-9CD7-73740450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1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266C71-E41D-AC4F-B2E3-CA5CCF03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Mayra Cardec Rivera</cp:lastModifiedBy>
  <cp:revision>2</cp:revision>
  <dcterms:created xsi:type="dcterms:W3CDTF">2026-05-02T13:13:00Z</dcterms:created>
  <dcterms:modified xsi:type="dcterms:W3CDTF">2026-05-02T13:13:00Z</dcterms:modified>
  <cp:category/>
</cp:coreProperties>
</file>