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C238D" w14:textId="77777777" w:rsidR="00842EB6" w:rsidRPr="00A02316" w:rsidRDefault="00842EB6" w:rsidP="00842EB6">
      <w:pPr>
        <w:pStyle w:val="Heading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</w:pPr>
      <w:r w:rsidRPr="00A023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LECCIÓN 5:</w:t>
      </w:r>
      <w:r w:rsidRPr="00A023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Conversaciones sostenidas</w:t>
      </w:r>
    </w:p>
    <w:p w14:paraId="2AF250A2" w14:textId="37449AFF" w:rsidR="00842EB6" w:rsidRDefault="00842EB6" w:rsidP="00842EB6">
      <w:pPr>
        <w:pStyle w:val="Heading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</w:pPr>
      <w:r w:rsidRPr="00A023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Actividad:</w:t>
      </w:r>
      <w:r w:rsidRPr="00A023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Completar (llenar blancos</w:t>
      </w:r>
      <w:bookmarkStart w:id="0" w:name="_GoBack"/>
      <w:bookmarkEnd w:id="0"/>
      <w:r w:rsidRPr="00A023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>)</w:t>
      </w:r>
    </w:p>
    <w:p w14:paraId="4F4F7A4C" w14:textId="77777777" w:rsidR="00A02316" w:rsidRPr="00A02316" w:rsidRDefault="00A02316" w:rsidP="00A02316">
      <w:pPr>
        <w:rPr>
          <w:lang w:val="es-ES"/>
        </w:rPr>
      </w:pPr>
    </w:p>
    <w:p w14:paraId="14BCBB3D" w14:textId="5398E0BB" w:rsidR="00842EB6" w:rsidRPr="00A02316" w:rsidRDefault="00842EB6" w:rsidP="00842EB6">
      <w:pPr>
        <w:pStyle w:val="Heading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A0231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Rúbrica de evaluación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986"/>
        <w:gridCol w:w="1824"/>
        <w:gridCol w:w="1601"/>
        <w:gridCol w:w="1410"/>
      </w:tblGrid>
      <w:tr w:rsidR="00842EB6" w:rsidRPr="00A02316" w14:paraId="6DFC21BA" w14:textId="77777777" w:rsidTr="00842EB6">
        <w:tc>
          <w:tcPr>
            <w:tcW w:w="0" w:type="auto"/>
            <w:hideMark/>
          </w:tcPr>
          <w:p w14:paraId="2767D5FF" w14:textId="77777777" w:rsidR="00842EB6" w:rsidRPr="00A02316" w:rsidRDefault="00842EB6" w:rsidP="00842EB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Criterio</w:t>
            </w:r>
          </w:p>
        </w:tc>
        <w:tc>
          <w:tcPr>
            <w:tcW w:w="0" w:type="auto"/>
            <w:hideMark/>
          </w:tcPr>
          <w:p w14:paraId="55897260" w14:textId="77777777" w:rsidR="00842EB6" w:rsidRPr="00A02316" w:rsidRDefault="00842EB6" w:rsidP="00842EB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4 (Excelente)</w:t>
            </w:r>
          </w:p>
        </w:tc>
        <w:tc>
          <w:tcPr>
            <w:tcW w:w="0" w:type="auto"/>
            <w:hideMark/>
          </w:tcPr>
          <w:p w14:paraId="14F5A571" w14:textId="77777777" w:rsidR="00842EB6" w:rsidRPr="00A02316" w:rsidRDefault="00842EB6" w:rsidP="00842EB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3 (Bueno)</w:t>
            </w:r>
          </w:p>
        </w:tc>
        <w:tc>
          <w:tcPr>
            <w:tcW w:w="0" w:type="auto"/>
            <w:hideMark/>
          </w:tcPr>
          <w:p w14:paraId="2ED8AE5A" w14:textId="77777777" w:rsidR="00842EB6" w:rsidRPr="00A02316" w:rsidRDefault="00842EB6" w:rsidP="00842EB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 (Básico)</w:t>
            </w:r>
          </w:p>
        </w:tc>
        <w:tc>
          <w:tcPr>
            <w:tcW w:w="0" w:type="auto"/>
            <w:hideMark/>
          </w:tcPr>
          <w:p w14:paraId="49A5856A" w14:textId="77777777" w:rsidR="00842EB6" w:rsidRPr="00A02316" w:rsidRDefault="00842EB6" w:rsidP="00842EB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 (Necesita mejorar)</w:t>
            </w:r>
          </w:p>
        </w:tc>
      </w:tr>
      <w:tr w:rsidR="00842EB6" w:rsidRPr="00A02316" w14:paraId="661FCEF7" w14:textId="77777777" w:rsidTr="00842EB6">
        <w:tc>
          <w:tcPr>
            <w:tcW w:w="0" w:type="auto"/>
            <w:hideMark/>
          </w:tcPr>
          <w:p w14:paraId="7CA6BDD3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Uso de los 3 intercambios</w:t>
            </w:r>
          </w:p>
        </w:tc>
        <w:tc>
          <w:tcPr>
            <w:tcW w:w="0" w:type="auto"/>
            <w:hideMark/>
          </w:tcPr>
          <w:p w14:paraId="23CD3F2A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Completa correctamente los 3 intercambios</w:t>
            </w:r>
          </w:p>
        </w:tc>
        <w:tc>
          <w:tcPr>
            <w:tcW w:w="0" w:type="auto"/>
            <w:hideMark/>
          </w:tcPr>
          <w:p w14:paraId="13FCFD4F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Completa con uno o dos errores</w:t>
            </w:r>
          </w:p>
        </w:tc>
        <w:tc>
          <w:tcPr>
            <w:tcW w:w="0" w:type="auto"/>
            <w:hideMark/>
          </w:tcPr>
          <w:p w14:paraId="6B8E8B60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Completa parcialmente</w:t>
            </w:r>
          </w:p>
        </w:tc>
        <w:tc>
          <w:tcPr>
            <w:tcW w:w="0" w:type="auto"/>
            <w:hideMark/>
          </w:tcPr>
          <w:p w14:paraId="5685CD3F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 logra completar</w:t>
            </w:r>
          </w:p>
        </w:tc>
      </w:tr>
      <w:tr w:rsidR="00842EB6" w:rsidRPr="00A02316" w14:paraId="7D0B2CDA" w14:textId="77777777" w:rsidTr="00842EB6">
        <w:tc>
          <w:tcPr>
            <w:tcW w:w="0" w:type="auto"/>
            <w:hideMark/>
          </w:tcPr>
          <w:p w14:paraId="6D53B4D7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Uso de preguntas abiertas</w:t>
            </w:r>
          </w:p>
        </w:tc>
        <w:tc>
          <w:tcPr>
            <w:tcW w:w="0" w:type="auto"/>
            <w:hideMark/>
          </w:tcPr>
          <w:p w14:paraId="3F4D9783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Utiliza preguntas abiertas adecuadas</w:t>
            </w:r>
          </w:p>
        </w:tc>
        <w:tc>
          <w:tcPr>
            <w:tcW w:w="0" w:type="auto"/>
            <w:hideMark/>
          </w:tcPr>
          <w:p w14:paraId="1EBA5CBA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Usa algunas correctamente</w:t>
            </w:r>
          </w:p>
        </w:tc>
        <w:tc>
          <w:tcPr>
            <w:tcW w:w="0" w:type="auto"/>
            <w:hideMark/>
          </w:tcPr>
          <w:p w14:paraId="6E8400C4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Uso limitado</w:t>
            </w:r>
          </w:p>
        </w:tc>
        <w:tc>
          <w:tcPr>
            <w:tcW w:w="0" w:type="auto"/>
            <w:hideMark/>
          </w:tcPr>
          <w:p w14:paraId="591E5E0E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 utiliza</w:t>
            </w:r>
          </w:p>
        </w:tc>
      </w:tr>
      <w:tr w:rsidR="00842EB6" w:rsidRPr="00A02316" w14:paraId="18D9B07A" w14:textId="77777777" w:rsidTr="00842EB6">
        <w:tc>
          <w:tcPr>
            <w:tcW w:w="0" w:type="auto"/>
            <w:hideMark/>
          </w:tcPr>
          <w:p w14:paraId="30C4AB5F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Coherencia de la conversación</w:t>
            </w:r>
          </w:p>
        </w:tc>
        <w:tc>
          <w:tcPr>
            <w:tcW w:w="0" w:type="auto"/>
            <w:hideMark/>
          </w:tcPr>
          <w:p w14:paraId="03EF1EE0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Respuestas claras y conectadas</w:t>
            </w:r>
          </w:p>
        </w:tc>
        <w:tc>
          <w:tcPr>
            <w:tcW w:w="0" w:type="auto"/>
            <w:hideMark/>
          </w:tcPr>
          <w:p w14:paraId="0780362B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Mayormente coherentes</w:t>
            </w:r>
          </w:p>
        </w:tc>
        <w:tc>
          <w:tcPr>
            <w:tcW w:w="0" w:type="auto"/>
            <w:hideMark/>
          </w:tcPr>
          <w:p w14:paraId="5CAACB56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Poco coherentes</w:t>
            </w:r>
          </w:p>
        </w:tc>
        <w:tc>
          <w:tcPr>
            <w:tcW w:w="0" w:type="auto"/>
            <w:hideMark/>
          </w:tcPr>
          <w:p w14:paraId="1F479988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 coherencia</w:t>
            </w:r>
          </w:p>
        </w:tc>
      </w:tr>
      <w:tr w:rsidR="00842EB6" w:rsidRPr="00A02316" w14:paraId="7822563C" w14:textId="77777777" w:rsidTr="00842EB6">
        <w:tc>
          <w:tcPr>
            <w:tcW w:w="0" w:type="auto"/>
          </w:tcPr>
          <w:p w14:paraId="48399F6E" w14:textId="6467911F" w:rsidR="00842EB6" w:rsidRPr="00A02316" w:rsidRDefault="00842EB6" w:rsidP="00842EB6">
            <w:pPr>
              <w:contextualSpacing/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02316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0" w:type="auto"/>
          </w:tcPr>
          <w:p w14:paraId="65A6155A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2F8E0818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76D957DB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0B0C7648" w14:textId="77777777" w:rsidR="00842EB6" w:rsidRPr="00A02316" w:rsidRDefault="00842EB6" w:rsidP="00842EB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4B7CA143" w14:textId="3D9C1778" w:rsidR="00D13F1F" w:rsidRPr="00A02316" w:rsidRDefault="00A02316" w:rsidP="00842E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ES"/>
        </w:rPr>
      </w:pPr>
      <w:r w:rsidRPr="00A02316">
        <w:rPr>
          <w:rFonts w:ascii="Times New Roman" w:hAnsi="Times New Roman" w:cs="Times New Roman"/>
          <w:sz w:val="24"/>
          <w:szCs w:val="24"/>
          <w:lang w:val="es-ES"/>
        </w:rPr>
        <w:t>Puntuación: _</w:t>
      </w:r>
      <w:r w:rsidR="00842EB6" w:rsidRPr="00A02316">
        <w:rPr>
          <w:rFonts w:ascii="Times New Roman" w:hAnsi="Times New Roman" w:cs="Times New Roman"/>
          <w:sz w:val="24"/>
          <w:szCs w:val="24"/>
          <w:lang w:val="es-ES"/>
        </w:rPr>
        <w:t>________________</w:t>
      </w:r>
    </w:p>
    <w:sectPr w:rsidR="00D13F1F" w:rsidRPr="00A0231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3C4F"/>
    <w:rsid w:val="005D1C39"/>
    <w:rsid w:val="00842EB6"/>
    <w:rsid w:val="00A02316"/>
    <w:rsid w:val="00AA1D8D"/>
    <w:rsid w:val="00B47730"/>
    <w:rsid w:val="00CB0664"/>
    <w:rsid w:val="00D13F1F"/>
    <w:rsid w:val="00EF56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252BD"/>
  <w14:defaultImageDpi w14:val="300"/>
  <w15:docId w15:val="{4EB2D947-B508-2B4A-9CD7-73740450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36C6B9-9461-194C-841F-F0BA2AAD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Mayra Cardec Rivera</cp:lastModifiedBy>
  <cp:revision>3</cp:revision>
  <dcterms:created xsi:type="dcterms:W3CDTF">2026-05-02T13:01:00Z</dcterms:created>
  <dcterms:modified xsi:type="dcterms:W3CDTF">2026-05-02T13:02:00Z</dcterms:modified>
  <cp:category/>
</cp:coreProperties>
</file>